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מעשה של אכפתיות וחסד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שמראות דאגה לאחר לעומת התעלמות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כיצד להגיב כשמישהו זקוק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ולשאול אם הוא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להזמין אותו לשחק אתנו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לבקר אותו או להתקשר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להציע לעזור לו לשאת את הסל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אכפתיות היא לעצור ולבדוק אם 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לו להרגיש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ביקור מראה דאגה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לקיחה בלי רשות היא חוסר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אכפתיות היא להקשיב ולהבין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עזרה פשוטה שמראה 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כל פעולה לסל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(🧺 אכפתיות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(🙈 לא שמים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(🧺 אכפתיות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(🙈 לא שמים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(🧺 אכפתיות וחסד)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לדאוג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מעשה אכפתי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שמישהו 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לשאול: מה קרה? אפשר לעזור?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למה שהוא אומר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לעזור בפועל, כמו רחל אמנו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מצב שבו שמו לב למישהו ועזרו לו, גם אם לא ביקשו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אכפתיות – לשים לב ולדאוג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עזרה, ביקור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לעזור זה לפעול, להתעלם זה לא לשים לב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דמותה של רחל אמנו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המיון (tf ו-match)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רחל אמנו דואגת לאנשים אחרים. בדף הזה נלמד מתי מראים אכפתיות ומתי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אִכְפַּתִיּוּת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כשאכפת לנו ממה שקורה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חֶסֶד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שעושים בלי לקבל 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לְדָאֹג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טובתו של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לְהַקְשִׁיב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שחבר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לַעֲזֹר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שמקל על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רֵעוּת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של חברות 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עֶזְרָה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שמסייעת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לְהִתְעַלֵּם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לשים לב ולא להגיב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נפל.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ללכת כאילו לא ראיתי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ולשאול אם הוא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 חדש הגיע.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להזמין אותו לשחק אתנו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להתרחק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ללעוג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לשים לב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חולה בבית.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לבקר אותו או להתקשר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לקחת את הדברים שלו בלי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שהוא נעדר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לסבא קשה לשאת סל.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ללכת בלי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להציע לעזור לו לשאת את הסל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לקחת לו את הסל בלי לבקש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לשים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ללכת כשמישהו נפל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ילד חדש לשחק – זה מעשה של חסד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מבקרים חבר חולה – זה מעשה שמראה שאכפת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דבר מה בלי לבקש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מקשיבים לחבר עצוב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עוזרים לסבא לשאת סל – זה מעשה של חסד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כל פעולה לסל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שואלים: מה קרה? אפשר לעזור?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🙈 לא שמים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צוחקים על מי שטעה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עוזרים לסבא לשאת 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🙈 לא שמים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ממשיכים ללכת כשמישהו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מבקרים חבר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🧺 אכפתיות וחסד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אמנו הייתה דמות שמלמדת אותנו __________ לאחרים.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כשרואים מישהו נופל, אכפתי לעצור ו__________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מעשה של __________ הוא כשמזמינים ילד חדש לשחק.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שלא __________ למה שקורה סביבו, לא מראה אכפתיות.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מעשה אכפתי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לשאול: מה קרה? אפשר לעזור?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שמישהו 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בפועל, כמו רחל אמנו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למה שהוא אומר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דאגתם לחבר או לבן משפחה, בדומה לרחל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אכפתיות?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חסד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לעזור לבין להתעלם?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