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מעשה של אכפתיות וחסד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התנהגויות שמראות דאגה לאחר לעומת התעלמות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כיצד להגיב כשמישהו זקוק לעזרה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בחרו את התגובה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לעצור ולשאול אם הוא בסדר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לבקר אותו או להתקשר אליו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אכפתיות היא לעצור ולבדוק אם 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עוזר לו להרגיש שייך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ביקור מראה דאגה לחבר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התאימו כל פעולה לסל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ב (🧺 אכפתיות וחסד)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(🙈 לא שמים לב)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(🧺 אכפתיות וחסד)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השלימו את המשפט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לדאוג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לעזור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השלבים של מעשה אכפתי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לשים לב שמישהו צריך עזרה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לשאול: מה קרה? אפשר לעזור?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להקשיב למה שהוא אומר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לעזור בפועל, כמו רחל אמנו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קצר של מצב שבו שמו לב למישהו ועזרו לו, גם אם לא ביקשו מהם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אכפתיות – לשים לב ולדאוג לאחר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כמו עזרה, ביקור או הקשבה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לעזור זה לפעול, להתעלם זה לא לשים לב בכלל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לפתוח בדיון קצר על דמותה של רחל אמנו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לבצע את חלק המיון (tf ו-match)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צועדים במסע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רחל אמנו – לדאוג לאחר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רחל אמנו מוכרת כדמות שדואגת לאחרים ושמה לב לצרכים שלהם. בדף הזה נבחן יחד איזו התנהגות מראה אכפתיות ואיזו מראה שלא שמים לב.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לעזור  ·  לדאוג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בחרו את התגובה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חבר נפל ליד הכיתה. מה כדאי לעשות?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להמשיך ללכת כאילו לא ראיתי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לעצור ולשאול אם הוא בסדר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לצחוק עליו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חבר חולה ונמצא בבית. מה אפשר לעשות כדי להראות אכפתיות?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לשכוח ממנו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לבקר אותו או להתקשר אליו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לקחת את הדברים שלו בלי לבקש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ממשיכים ללכת כשמישהו נפל – זה מעשה של אכפתיות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מזמינים ילד חדש לשחק – זה מעשה של חסד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מבקרים חבר חולה – זה מעשה שמראה שאכפת לנו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התאימו כל פעולה לסל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שואלים: מה קרה? אפשר לעזור?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🧺 אכפתיות וחסד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צוחקים על מי שטעה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🧺 אכפתיות וחסד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עוזרים לסבא לשאת סל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🙈 לא שמים לב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השלימו את המשפט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רחל אמנו הייתה דמות שמלמדת אותנו __________ לאחרים.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כשרואים מישהו נופל, אכפתי לעצור ו__________ לו.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סדרו את השלבים של מעשה אכפתי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להקשיב למה שהוא אומר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לעזור בפועל, כמו רחל אמנו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לשאול: מה קרה? אפשר לעזור?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לשים לב שמישהו צריך עזרה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ספרו על פעם שבה דאגתם לחבר או לבן משפחה, בדומה לרחל אמנו.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מהי אכפתיות?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תנו דוגמה אחת למעשה חסד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רחל אמנו – לדאוג לאחר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